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43DCA" w14:textId="522479D5" w:rsidR="0023519E" w:rsidRPr="00B33A29" w:rsidRDefault="00000000" w:rsidP="00B33A29">
      <w:pPr>
        <w:pStyle w:val="Heading1"/>
        <w:rPr>
          <w:rFonts w:ascii="Source Sans Pro" w:hAnsi="Source Sans Pro"/>
          <w:color w:val="000000" w:themeColor="text1"/>
          <w:sz w:val="40"/>
          <w:szCs w:val="40"/>
        </w:rPr>
      </w:pPr>
      <w:r w:rsidRPr="00B33A29">
        <w:rPr>
          <w:rFonts w:ascii="Source Sans Pro" w:hAnsi="Source Sans Pro"/>
          <w:color w:val="000000" w:themeColor="text1"/>
          <w:sz w:val="40"/>
          <w:szCs w:val="40"/>
        </w:rPr>
        <w:t>BBC Radio Interview Transcript</w:t>
      </w:r>
    </w:p>
    <w:p w14:paraId="6B4329E0" w14:textId="56D8161F" w:rsidR="0023519E" w:rsidRPr="00B33A29" w:rsidRDefault="00B33A29">
      <w:pPr>
        <w:rPr>
          <w:rFonts w:ascii="Source Sans Pro" w:hAnsi="Source Sans Pro"/>
          <w:sz w:val="28"/>
          <w:szCs w:val="28"/>
        </w:rPr>
      </w:pPr>
      <w:r>
        <w:rPr>
          <w:rFonts w:ascii="Source Sans Pro" w:hAnsi="Source Sans Pro"/>
          <w:sz w:val="28"/>
          <w:szCs w:val="28"/>
        </w:rPr>
        <w:t xml:space="preserve">With </w:t>
      </w:r>
      <w:r w:rsidR="00000000" w:rsidRPr="00B33A29">
        <w:rPr>
          <w:rFonts w:ascii="Source Sans Pro" w:hAnsi="Source Sans Pro"/>
          <w:sz w:val="28"/>
          <w:szCs w:val="28"/>
        </w:rPr>
        <w:t>Dr Deborah Lawson</w:t>
      </w:r>
      <w:r>
        <w:rPr>
          <w:rFonts w:ascii="Source Sans Pro" w:hAnsi="Source Sans Pro"/>
          <w:sz w:val="28"/>
          <w:szCs w:val="28"/>
        </w:rPr>
        <w:t>.</w:t>
      </w:r>
      <w:r w:rsidR="00000000" w:rsidRPr="00B33A29">
        <w:rPr>
          <w:rFonts w:ascii="Source Sans Pro" w:hAnsi="Source Sans Pro"/>
          <w:sz w:val="28"/>
          <w:szCs w:val="28"/>
        </w:rPr>
        <w:t xml:space="preserve">  </w:t>
      </w:r>
      <w:r w:rsidR="00E9012B" w:rsidRPr="00B33A29">
        <w:rPr>
          <w:rFonts w:ascii="Source Sans Pro" w:hAnsi="Source Sans Pro"/>
          <w:sz w:val="28"/>
          <w:szCs w:val="28"/>
        </w:rPr>
        <w:t>Expert invited to talk about a</w:t>
      </w:r>
      <w:r w:rsidR="00000000" w:rsidRPr="00B33A29">
        <w:rPr>
          <w:rFonts w:ascii="Source Sans Pro" w:hAnsi="Source Sans Pro"/>
          <w:sz w:val="28"/>
          <w:szCs w:val="28"/>
        </w:rPr>
        <w:t>ccessibility and inclusion for businesses</w:t>
      </w:r>
    </w:p>
    <w:p w14:paraId="441BD0FC" w14:textId="5846D5FF" w:rsidR="0023519E" w:rsidRPr="00B33A29" w:rsidRDefault="00000000">
      <w:pPr>
        <w:rPr>
          <w:rFonts w:ascii="Source Sans Pro" w:hAnsi="Source Sans Pro"/>
          <w:sz w:val="28"/>
          <w:szCs w:val="28"/>
        </w:rPr>
      </w:pPr>
      <w:r w:rsidRPr="00B33A29">
        <w:rPr>
          <w:rFonts w:ascii="Source Sans Pro" w:hAnsi="Source Sans Pro"/>
          <w:b/>
          <w:bCs/>
          <w:sz w:val="28"/>
          <w:szCs w:val="28"/>
        </w:rPr>
        <w:t>Audio source</w:t>
      </w:r>
      <w:r w:rsidRPr="00B33A29">
        <w:rPr>
          <w:rFonts w:ascii="Source Sans Pro" w:hAnsi="Source Sans Pro"/>
          <w:sz w:val="28"/>
          <w:szCs w:val="28"/>
        </w:rPr>
        <w:t xml:space="preserve">: </w:t>
      </w:r>
      <w:hyperlink r:id="rId8" w:history="1">
        <w:r w:rsidRPr="00B33A29">
          <w:rPr>
            <w:rStyle w:val="Hyperlink"/>
            <w:rFonts w:ascii="Source Sans Pro" w:hAnsi="Source Sans Pro"/>
            <w:sz w:val="28"/>
            <w:szCs w:val="28"/>
          </w:rPr>
          <w:t>https://deborah-lawson.co.uk/wp-content/uploads/2025/06/deborah-radio-interview-20.06.25.mp3</w:t>
        </w:r>
      </w:hyperlink>
    </w:p>
    <w:p w14:paraId="7A2D2A76" w14:textId="24AF7D3B" w:rsidR="0023519E" w:rsidRPr="00B33A29" w:rsidRDefault="00000000">
      <w:pPr>
        <w:pStyle w:val="Heading2"/>
        <w:rPr>
          <w:rFonts w:ascii="Source Sans Pro" w:hAnsi="Source Sans Pro"/>
          <w:sz w:val="28"/>
          <w:szCs w:val="28"/>
        </w:rPr>
      </w:pPr>
      <w:r w:rsidRPr="00B33A29">
        <w:rPr>
          <w:rFonts w:ascii="Source Sans Pro" w:hAnsi="Source Sans Pro"/>
          <w:sz w:val="28"/>
          <w:szCs w:val="28"/>
        </w:rPr>
        <w:t>00:02  BBC Radio presenter</w:t>
      </w:r>
    </w:p>
    <w:p w14:paraId="31C2E5AE" w14:textId="3E60BF2C" w:rsidR="0023519E" w:rsidRPr="00B33A29" w:rsidRDefault="00000000">
      <w:pPr>
        <w:rPr>
          <w:rFonts w:ascii="Source Sans Pro" w:hAnsi="Source Sans Pro"/>
          <w:sz w:val="28"/>
          <w:szCs w:val="28"/>
        </w:rPr>
      </w:pPr>
      <w:r w:rsidRPr="00B33A29">
        <w:rPr>
          <w:rFonts w:ascii="Source Sans Pro" w:hAnsi="Source Sans Pro"/>
          <w:sz w:val="28"/>
          <w:szCs w:val="28"/>
        </w:rPr>
        <w:t xml:space="preserve">We've talked a lot this week on the show about accessibility for people who have a disability. Last weekend, Wayne Pugh </w:t>
      </w:r>
      <w:r w:rsidR="005C2625" w:rsidRPr="00AB177D">
        <w:rPr>
          <w:rFonts w:ascii="Source Sans Pro" w:hAnsi="Source Sans Pro"/>
          <w:bCs/>
          <w:sz w:val="28"/>
          <w:szCs w:val="28"/>
        </w:rPr>
        <w:t>from Mere went</w:t>
      </w:r>
      <w:r w:rsidR="005C2625" w:rsidRPr="00B33A29">
        <w:rPr>
          <w:rFonts w:ascii="Source Sans Pro" w:hAnsi="Source Sans Pro"/>
          <w:b/>
          <w:sz w:val="28"/>
          <w:szCs w:val="28"/>
        </w:rPr>
        <w:t xml:space="preserve"> </w:t>
      </w:r>
      <w:r w:rsidRPr="00B33A29">
        <w:rPr>
          <w:rFonts w:ascii="Source Sans Pro" w:hAnsi="Source Sans Pro"/>
          <w:sz w:val="28"/>
          <w:szCs w:val="28"/>
        </w:rPr>
        <w:t>for a meal with his family for Father's Day, as many people will have done, but it wasn't quite the experience he hoped for. It started badly when the table they'd booked weeks ago had been given to another party. Now, they wanted this specific table because they knew it would have room for Wayne's guide dog, Liberty. Eventually, Wayne and his family were asked to leave. Wayne says he's fed up of the issues he faces every day and wants change.</w:t>
      </w:r>
    </w:p>
    <w:p w14:paraId="1CF224F2" w14:textId="1717927E"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00:</w:t>
      </w:r>
      <w:r w:rsidR="00AE28D9" w:rsidRPr="00B33A29">
        <w:rPr>
          <w:rFonts w:ascii="Source Sans Pro" w:hAnsi="Source Sans Pro"/>
          <w:sz w:val="28"/>
          <w:szCs w:val="28"/>
        </w:rPr>
        <w:t>47</w:t>
      </w:r>
      <w:r w:rsidRPr="00B33A29">
        <w:rPr>
          <w:rFonts w:ascii="Source Sans Pro" w:hAnsi="Source Sans Pro"/>
          <w:sz w:val="28"/>
          <w:szCs w:val="28"/>
        </w:rPr>
        <w:t xml:space="preserve">  Wayne</w:t>
      </w:r>
      <w:proofErr w:type="gramEnd"/>
      <w:r w:rsidRPr="00B33A29">
        <w:rPr>
          <w:rFonts w:ascii="Source Sans Pro" w:hAnsi="Source Sans Pro"/>
          <w:sz w:val="28"/>
          <w:szCs w:val="28"/>
        </w:rPr>
        <w:t xml:space="preserve"> Pugh – recorded extract</w:t>
      </w:r>
    </w:p>
    <w:p w14:paraId="10801E80" w14:textId="34EEDA14" w:rsidR="0023519E" w:rsidRPr="00B33A29" w:rsidRDefault="00000000">
      <w:pPr>
        <w:rPr>
          <w:rFonts w:ascii="Source Sans Pro" w:hAnsi="Source Sans Pro"/>
          <w:sz w:val="28"/>
          <w:szCs w:val="28"/>
        </w:rPr>
      </w:pPr>
      <w:r w:rsidRPr="00B33A29">
        <w:rPr>
          <w:rFonts w:ascii="Source Sans Pro" w:hAnsi="Source Sans Pro"/>
          <w:sz w:val="28"/>
          <w:szCs w:val="28"/>
        </w:rPr>
        <w:t>I just want to sit there crying because I'm fed up these access issues. 88% of guide dog owners go through</w:t>
      </w:r>
      <w:r w:rsidR="005C2625" w:rsidRPr="00B33A29">
        <w:rPr>
          <w:rFonts w:ascii="Source Sans Pro" w:hAnsi="Source Sans Pro"/>
          <w:sz w:val="28"/>
          <w:szCs w:val="28"/>
        </w:rPr>
        <w:t xml:space="preserve"> it.</w:t>
      </w:r>
      <w:r w:rsidRPr="00B33A29">
        <w:rPr>
          <w:rFonts w:ascii="Source Sans Pro" w:hAnsi="Source Sans Pro"/>
          <w:sz w:val="28"/>
          <w:szCs w:val="28"/>
        </w:rPr>
        <w:t xml:space="preserve"> Just take that number in again. 88% of guide dog owners. It's about time things change. When you book a taxi, are you fearful that that taxi isn't going to take you and your dog? Do you think when you walk into a shop, are you going to get refused because of your mobility aid? Not just the dog, my mobility aid, my life in all honesty. Everywhere I go, there's a possibility that someone's going to say, you're not welcome.</w:t>
      </w:r>
    </w:p>
    <w:p w14:paraId="1E1ECC06" w14:textId="3EE4F0A5"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01:3</w:t>
      </w:r>
      <w:r w:rsidR="00E9012B" w:rsidRPr="00B33A29">
        <w:rPr>
          <w:rFonts w:ascii="Source Sans Pro" w:hAnsi="Source Sans Pro"/>
          <w:sz w:val="28"/>
          <w:szCs w:val="28"/>
        </w:rPr>
        <w:t>2</w:t>
      </w:r>
      <w:r w:rsidRPr="00B33A29">
        <w:rPr>
          <w:rFonts w:ascii="Source Sans Pro" w:hAnsi="Source Sans Pro"/>
          <w:sz w:val="28"/>
          <w:szCs w:val="28"/>
        </w:rPr>
        <w:t xml:space="preserve">  </w:t>
      </w:r>
      <w:r w:rsidR="00EE41D3">
        <w:rPr>
          <w:rFonts w:ascii="Source Sans Pro" w:hAnsi="Source Sans Pro"/>
          <w:sz w:val="28"/>
          <w:szCs w:val="28"/>
        </w:rPr>
        <w:t>Presenter</w:t>
      </w:r>
      <w:proofErr w:type="gramEnd"/>
    </w:p>
    <w:p w14:paraId="7E23935C" w14:textId="77777777" w:rsidR="00DD1D29" w:rsidRDefault="00E9012B">
      <w:pPr>
        <w:rPr>
          <w:rFonts w:ascii="Source Sans Pro" w:hAnsi="Source Sans Pro"/>
          <w:sz w:val="28"/>
          <w:szCs w:val="28"/>
        </w:rPr>
      </w:pPr>
      <w:r w:rsidRPr="00AD4C34">
        <w:rPr>
          <w:rFonts w:ascii="Source Sans Pro" w:hAnsi="Source Sans Pro"/>
          <w:bCs/>
          <w:sz w:val="28"/>
          <w:szCs w:val="28"/>
        </w:rPr>
        <w:t>Adam March</w:t>
      </w:r>
      <w:r w:rsidRPr="00B33A29">
        <w:rPr>
          <w:rFonts w:ascii="Source Sans Pro" w:hAnsi="Source Sans Pro"/>
          <w:b/>
          <w:sz w:val="28"/>
          <w:szCs w:val="28"/>
        </w:rPr>
        <w:t xml:space="preserve"> </w:t>
      </w:r>
      <w:r w:rsidR="00000000" w:rsidRPr="00B33A29">
        <w:rPr>
          <w:rFonts w:ascii="Source Sans Pro" w:hAnsi="Source Sans Pro"/>
          <w:sz w:val="28"/>
          <w:szCs w:val="28"/>
        </w:rPr>
        <w:t xml:space="preserve">is from Guide Dogs. </w:t>
      </w:r>
    </w:p>
    <w:p w14:paraId="1E85CC83" w14:textId="05C1FD6B" w:rsidR="0023519E" w:rsidRPr="00B33A29" w:rsidRDefault="00EE41D3">
      <w:pPr>
        <w:rPr>
          <w:rFonts w:ascii="Source Sans Pro" w:hAnsi="Source Sans Pro"/>
          <w:sz w:val="28"/>
          <w:szCs w:val="28"/>
        </w:rPr>
      </w:pPr>
      <w:r w:rsidRPr="00EE41D3">
        <w:rPr>
          <w:rStyle w:val="Heading2Char"/>
          <w:rFonts w:ascii="Source Sans Pro" w:hAnsi="Source Sans Pro"/>
          <w:color w:val="000000" w:themeColor="text1"/>
          <w:sz w:val="28"/>
          <w:szCs w:val="28"/>
        </w:rPr>
        <w:t xml:space="preserve">01.36 </w:t>
      </w:r>
      <w:r w:rsidRPr="00EE41D3">
        <w:rPr>
          <w:rStyle w:val="Heading2Char"/>
          <w:rFonts w:ascii="Source Sans Pro" w:hAnsi="Source Sans Pro"/>
          <w:color w:val="000000" w:themeColor="text1"/>
          <w:sz w:val="28"/>
          <w:szCs w:val="28"/>
        </w:rPr>
        <w:t>Guide Dogs representative/presenter – recorded material</w:t>
      </w:r>
      <w:r>
        <w:rPr>
          <w:rFonts w:ascii="Source Sans Pro" w:hAnsi="Source Sans Pro"/>
          <w:sz w:val="28"/>
          <w:szCs w:val="28"/>
        </w:rPr>
        <w:br/>
      </w:r>
      <w:r w:rsidR="00000000" w:rsidRPr="00B33A29">
        <w:rPr>
          <w:rFonts w:ascii="Source Sans Pro" w:hAnsi="Source Sans Pro"/>
          <w:sz w:val="28"/>
          <w:szCs w:val="28"/>
        </w:rPr>
        <w:t xml:space="preserve">Our research has shown that around half of guide dog owners have reported being treated disrespectfully and even 30% said that they've had a service provider behave aggressively towards them. It really isn't surprising. Like Wayne and other guide dog owners, they have had been turned away from lots of different types of businesses. This is something that Wayne mentioned that almost 90% of guide dog </w:t>
      </w:r>
      <w:r w:rsidR="00000000" w:rsidRPr="00B33A29">
        <w:rPr>
          <w:rFonts w:ascii="Source Sans Pro" w:hAnsi="Source Sans Pro"/>
          <w:sz w:val="28"/>
          <w:szCs w:val="28"/>
        </w:rPr>
        <w:lastRenderedPageBreak/>
        <w:t>owners have been refused access to a range of businesses, hospitality venues, taxis, shops, services, including pubs.</w:t>
      </w:r>
    </w:p>
    <w:p w14:paraId="0E037843" w14:textId="3E348CC9"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02:1</w:t>
      </w:r>
      <w:r w:rsidR="00E27294" w:rsidRPr="00B33A29">
        <w:rPr>
          <w:rFonts w:ascii="Source Sans Pro" w:hAnsi="Source Sans Pro"/>
          <w:sz w:val="28"/>
          <w:szCs w:val="28"/>
        </w:rPr>
        <w:t>0</w:t>
      </w:r>
      <w:r w:rsidRPr="00B33A29">
        <w:rPr>
          <w:rFonts w:ascii="Source Sans Pro" w:hAnsi="Source Sans Pro"/>
          <w:sz w:val="28"/>
          <w:szCs w:val="28"/>
        </w:rPr>
        <w:t xml:space="preserve">  </w:t>
      </w:r>
      <w:r w:rsidR="002E21AC">
        <w:rPr>
          <w:rFonts w:ascii="Source Sans Pro" w:hAnsi="Source Sans Pro"/>
          <w:sz w:val="28"/>
          <w:szCs w:val="28"/>
        </w:rPr>
        <w:t>Presenter</w:t>
      </w:r>
      <w:proofErr w:type="gramEnd"/>
    </w:p>
    <w:p w14:paraId="5FF3C593" w14:textId="77777777" w:rsidR="00DD1D29" w:rsidRDefault="00E27294">
      <w:pPr>
        <w:rPr>
          <w:rFonts w:ascii="Source Sans Pro" w:hAnsi="Source Sans Pro"/>
          <w:sz w:val="28"/>
          <w:szCs w:val="28"/>
        </w:rPr>
      </w:pPr>
      <w:r w:rsidRPr="00EE41D3">
        <w:rPr>
          <w:rFonts w:ascii="Source Sans Pro" w:hAnsi="Source Sans Pro"/>
          <w:bCs/>
          <w:sz w:val="28"/>
          <w:szCs w:val="28"/>
        </w:rPr>
        <w:t>Samantha Dickinson</w:t>
      </w:r>
      <w:r w:rsidR="00000000" w:rsidRPr="00B33A29">
        <w:rPr>
          <w:rFonts w:ascii="Source Sans Pro" w:hAnsi="Source Sans Pro"/>
          <w:sz w:val="28"/>
          <w:szCs w:val="28"/>
        </w:rPr>
        <w:t xml:space="preserve"> is diversity and inclusion partner at Mayo Wynne Baxter solicitors. </w:t>
      </w:r>
    </w:p>
    <w:p w14:paraId="36295E6F" w14:textId="11CF7CCF" w:rsidR="0023519E" w:rsidRPr="00DD1D29" w:rsidRDefault="002E21AC">
      <w:pPr>
        <w:rPr>
          <w:rFonts w:ascii="Source Sans Pro" w:hAnsi="Source Sans Pro"/>
          <w:sz w:val="28"/>
          <w:szCs w:val="28"/>
        </w:rPr>
      </w:pPr>
      <w:r w:rsidRPr="002E21AC">
        <w:rPr>
          <w:rStyle w:val="Heading2Char"/>
          <w:rFonts w:ascii="Source Sans Pro" w:hAnsi="Source Sans Pro"/>
          <w:color w:val="000000" w:themeColor="text1"/>
          <w:sz w:val="28"/>
          <w:szCs w:val="28"/>
        </w:rPr>
        <w:t xml:space="preserve">02.15 </w:t>
      </w:r>
      <w:r w:rsidRPr="002E21AC">
        <w:rPr>
          <w:rStyle w:val="Heading2Char"/>
          <w:rFonts w:ascii="Source Sans Pro" w:hAnsi="Source Sans Pro"/>
          <w:color w:val="000000" w:themeColor="text1"/>
          <w:sz w:val="28"/>
          <w:szCs w:val="28"/>
        </w:rPr>
        <w:t>Legal expert – recorded extract</w:t>
      </w:r>
      <w:r>
        <w:rPr>
          <w:rFonts w:ascii="Source Sans Pro" w:hAnsi="Source Sans Pro"/>
          <w:sz w:val="28"/>
          <w:szCs w:val="28"/>
        </w:rPr>
        <w:br/>
      </w:r>
      <w:r w:rsidR="00000000" w:rsidRPr="00B33A29">
        <w:rPr>
          <w:rFonts w:ascii="Source Sans Pro" w:hAnsi="Source Sans Pro"/>
          <w:sz w:val="28"/>
          <w:szCs w:val="28"/>
        </w:rPr>
        <w:t xml:space="preserve">The Equality Act does two things that are relevant in this situation. First of all, it requires pubs, cafes, restaurants, other venues to make reasonable adjustments for them for disabled customers. That includes those with assistance dogs. Now, ensuring a seating area has space for a guide dog is a very basic simple adjustment that could quite easily have been made. I'm absolutely shocked to hear </w:t>
      </w:r>
      <w:r w:rsidR="00000000" w:rsidRPr="00DD1D29">
        <w:rPr>
          <w:rFonts w:ascii="Source Sans Pro" w:hAnsi="Source Sans Pro"/>
          <w:sz w:val="28"/>
          <w:szCs w:val="28"/>
        </w:rPr>
        <w:t xml:space="preserve">what </w:t>
      </w:r>
      <w:r w:rsidR="00D5759E" w:rsidRPr="00DD1D29">
        <w:rPr>
          <w:rFonts w:ascii="Source Sans Pro" w:hAnsi="Source Sans Pro"/>
          <w:sz w:val="28"/>
          <w:szCs w:val="28"/>
        </w:rPr>
        <w:t>your caller</w:t>
      </w:r>
      <w:r w:rsidR="00000000" w:rsidRPr="00DD1D29">
        <w:rPr>
          <w:rFonts w:ascii="Source Sans Pro" w:hAnsi="Source Sans Pro"/>
          <w:sz w:val="28"/>
          <w:szCs w:val="28"/>
        </w:rPr>
        <w:t xml:space="preserve"> experienced.</w:t>
      </w:r>
    </w:p>
    <w:p w14:paraId="6C1895B9" w14:textId="55ECB504"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02:4</w:t>
      </w:r>
      <w:r w:rsidR="00D5759E" w:rsidRPr="00B33A29">
        <w:rPr>
          <w:rFonts w:ascii="Source Sans Pro" w:hAnsi="Source Sans Pro"/>
          <w:sz w:val="28"/>
          <w:szCs w:val="28"/>
        </w:rPr>
        <w:t>4</w:t>
      </w:r>
      <w:r w:rsidRPr="00B33A29">
        <w:rPr>
          <w:rFonts w:ascii="Source Sans Pro" w:hAnsi="Source Sans Pro"/>
          <w:sz w:val="28"/>
          <w:szCs w:val="28"/>
        </w:rPr>
        <w:t xml:space="preserve">  Presenter</w:t>
      </w:r>
      <w:proofErr w:type="gramEnd"/>
      <w:r w:rsidRPr="00B33A29">
        <w:rPr>
          <w:rFonts w:ascii="Source Sans Pro" w:hAnsi="Source Sans Pro"/>
          <w:sz w:val="28"/>
          <w:szCs w:val="28"/>
        </w:rPr>
        <w:t xml:space="preserve"> and pub statement</w:t>
      </w:r>
    </w:p>
    <w:p w14:paraId="0634CC67" w14:textId="77777777" w:rsidR="0023519E" w:rsidRPr="00B33A29" w:rsidRDefault="00000000">
      <w:pPr>
        <w:rPr>
          <w:rFonts w:ascii="Source Sans Pro" w:hAnsi="Source Sans Pro"/>
          <w:sz w:val="28"/>
          <w:szCs w:val="28"/>
        </w:rPr>
      </w:pPr>
      <w:r w:rsidRPr="00B33A29">
        <w:rPr>
          <w:rFonts w:ascii="Source Sans Pro" w:hAnsi="Source Sans Pro"/>
          <w:sz w:val="28"/>
          <w:szCs w:val="28"/>
        </w:rPr>
        <w:t>Well, the pub was the Chatterley Whitfield. A spokesperson for that pub says, as an inclusive business, we want everyone to feel safe and welcome. We recognise on this occasion, the guest felt let down and we apologise for that. We believe it's an isolated incident. We've launched a full investigation into what went wrong and we'll take learnings from this to refresh our training, to support the pub team on site, to make sure they are welcoming to all our customers and their requirements.</w:t>
      </w:r>
    </w:p>
    <w:p w14:paraId="32923800" w14:textId="76827294"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03:1</w:t>
      </w:r>
      <w:r w:rsidR="00752614" w:rsidRPr="00B33A29">
        <w:rPr>
          <w:rFonts w:ascii="Source Sans Pro" w:hAnsi="Source Sans Pro"/>
          <w:sz w:val="28"/>
          <w:szCs w:val="28"/>
        </w:rPr>
        <w:t>0</w:t>
      </w:r>
      <w:r w:rsidRPr="00B33A29">
        <w:rPr>
          <w:rFonts w:ascii="Source Sans Pro" w:hAnsi="Source Sans Pro"/>
          <w:sz w:val="28"/>
          <w:szCs w:val="28"/>
        </w:rPr>
        <w:t xml:space="preserve">  Presenter</w:t>
      </w:r>
      <w:proofErr w:type="gramEnd"/>
      <w:r w:rsidRPr="00B33A29">
        <w:rPr>
          <w:rFonts w:ascii="Source Sans Pro" w:hAnsi="Source Sans Pro"/>
          <w:sz w:val="28"/>
          <w:szCs w:val="28"/>
        </w:rPr>
        <w:t xml:space="preserve"> </w:t>
      </w:r>
    </w:p>
    <w:p w14:paraId="2E7B34C3" w14:textId="35D9380B" w:rsidR="0023519E" w:rsidRPr="00B33A29" w:rsidRDefault="00000000">
      <w:pPr>
        <w:rPr>
          <w:rFonts w:ascii="Source Sans Pro" w:hAnsi="Source Sans Pro"/>
          <w:sz w:val="28"/>
          <w:szCs w:val="28"/>
        </w:rPr>
      </w:pPr>
      <w:r w:rsidRPr="00B33A29">
        <w:rPr>
          <w:rFonts w:ascii="Source Sans Pro" w:hAnsi="Source Sans Pro"/>
          <w:sz w:val="28"/>
          <w:szCs w:val="28"/>
        </w:rPr>
        <w:t>Dr. Deborah Lawson's a disability inclusion and accessibility consultant from Congleton and with us on BBC Radio Stoke this morning. Good morning.  You advise businesses on how they could be more accessible and more inclusive. What surprises you when you go and talk to businesses about this?</w:t>
      </w:r>
    </w:p>
    <w:p w14:paraId="47A3F1BC"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03:30  Dr</w:t>
      </w:r>
      <w:proofErr w:type="gramEnd"/>
      <w:r w:rsidRPr="00B33A29">
        <w:rPr>
          <w:rFonts w:ascii="Source Sans Pro" w:hAnsi="Source Sans Pro"/>
          <w:sz w:val="28"/>
          <w:szCs w:val="28"/>
        </w:rPr>
        <w:t xml:space="preserve"> Deborah Lawson</w:t>
      </w:r>
    </w:p>
    <w:p w14:paraId="777D8B6A" w14:textId="6AB27C68" w:rsidR="0023519E" w:rsidRPr="00B33A29" w:rsidRDefault="00000000">
      <w:pPr>
        <w:rPr>
          <w:rFonts w:ascii="Source Sans Pro" w:hAnsi="Source Sans Pro"/>
          <w:sz w:val="28"/>
          <w:szCs w:val="28"/>
        </w:rPr>
      </w:pPr>
      <w:r w:rsidRPr="00B33A29">
        <w:rPr>
          <w:rFonts w:ascii="Source Sans Pro" w:hAnsi="Source Sans Pro"/>
          <w:sz w:val="28"/>
          <w:szCs w:val="28"/>
        </w:rPr>
        <w:t xml:space="preserve">I think a lot of businesses genuinely want to do better, but they aren't sure what steps to take. I think while there are many exceptional businesses out there, many disabled people are still experiencing being treated as an inconvenience. In reality, they are being failed by the inaccessible environment and attitudes around them. I think what's important is businesses and we all need to shift the narrative that disability isn't the problem, it's the barriers that we as a society are creating </w:t>
      </w:r>
      <w:r w:rsidR="00CA5D15" w:rsidRPr="00B33A29">
        <w:rPr>
          <w:rFonts w:ascii="Source Sans Pro" w:hAnsi="Source Sans Pro"/>
          <w:sz w:val="28"/>
          <w:szCs w:val="28"/>
        </w:rPr>
        <w:t>th</w:t>
      </w:r>
      <w:r w:rsidRPr="00B33A29">
        <w:rPr>
          <w:rFonts w:ascii="Source Sans Pro" w:hAnsi="Source Sans Pro"/>
          <w:sz w:val="28"/>
          <w:szCs w:val="28"/>
        </w:rPr>
        <w:t>at</w:t>
      </w:r>
      <w:r w:rsidR="00CA5D15" w:rsidRPr="00B33A29">
        <w:rPr>
          <w:rFonts w:ascii="Source Sans Pro" w:hAnsi="Source Sans Pro"/>
          <w:sz w:val="28"/>
          <w:szCs w:val="28"/>
        </w:rPr>
        <w:t xml:space="preserve"> is</w:t>
      </w:r>
      <w:r w:rsidRPr="00B33A29">
        <w:rPr>
          <w:rFonts w:ascii="Source Sans Pro" w:hAnsi="Source Sans Pro"/>
          <w:sz w:val="28"/>
          <w:szCs w:val="28"/>
        </w:rPr>
        <w:t xml:space="preserve"> the issue.</w:t>
      </w:r>
    </w:p>
    <w:p w14:paraId="265A64B6"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lastRenderedPageBreak/>
        <w:t>04:05  Presenter</w:t>
      </w:r>
      <w:proofErr w:type="gramEnd"/>
    </w:p>
    <w:p w14:paraId="74D64FB0" w14:textId="77777777" w:rsidR="0023519E" w:rsidRPr="00B33A29" w:rsidRDefault="00000000">
      <w:pPr>
        <w:rPr>
          <w:rFonts w:ascii="Source Sans Pro" w:hAnsi="Source Sans Pro"/>
          <w:sz w:val="28"/>
          <w:szCs w:val="28"/>
        </w:rPr>
      </w:pPr>
      <w:r w:rsidRPr="00B33A29">
        <w:rPr>
          <w:rFonts w:ascii="Source Sans Pro" w:hAnsi="Source Sans Pro"/>
          <w:sz w:val="28"/>
          <w:szCs w:val="28"/>
        </w:rPr>
        <w:t>Are people aware of what being inclusive might involve and are they aware of what can happen if they're not?</w:t>
      </w:r>
    </w:p>
    <w:p w14:paraId="5CBC0E45"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04:11  Dr</w:t>
      </w:r>
      <w:proofErr w:type="gramEnd"/>
      <w:r w:rsidRPr="00B33A29">
        <w:rPr>
          <w:rFonts w:ascii="Source Sans Pro" w:hAnsi="Source Sans Pro"/>
          <w:sz w:val="28"/>
          <w:szCs w:val="28"/>
        </w:rPr>
        <w:t xml:space="preserve"> Deborah Lawson</w:t>
      </w:r>
    </w:p>
    <w:p w14:paraId="357C464F" w14:textId="30509CF3" w:rsidR="0023519E" w:rsidRPr="00B33A29" w:rsidRDefault="00000000">
      <w:pPr>
        <w:rPr>
          <w:rFonts w:ascii="Source Sans Pro" w:hAnsi="Source Sans Pro"/>
          <w:sz w:val="28"/>
          <w:szCs w:val="28"/>
        </w:rPr>
      </w:pPr>
      <w:r w:rsidRPr="00B33A29">
        <w:rPr>
          <w:rFonts w:ascii="Source Sans Pro" w:hAnsi="Source Sans Pro"/>
          <w:sz w:val="28"/>
          <w:szCs w:val="28"/>
        </w:rPr>
        <w:t xml:space="preserve">No, I don't think so. I think a lot of businesses see it as an optional extra and I think a lot of the time they are frozen with fear because they feel that it's so unachievable to do everything that's needed. Whereas in reality, so many little things can help. Even putting a bell on the door at wheelchair height, if the door's too heavy to open, can make a massive difference. But because they don't know where to start, </w:t>
      </w:r>
      <w:r w:rsidR="00ED4077" w:rsidRPr="00B33A29">
        <w:rPr>
          <w:rFonts w:ascii="Source Sans Pro" w:hAnsi="Source Sans Pro"/>
          <w:sz w:val="28"/>
          <w:szCs w:val="28"/>
        </w:rPr>
        <w:t>t</w:t>
      </w:r>
      <w:r w:rsidRPr="00B33A29">
        <w:rPr>
          <w:rFonts w:ascii="Source Sans Pro" w:hAnsi="Source Sans Pro"/>
          <w:sz w:val="28"/>
          <w:szCs w:val="28"/>
        </w:rPr>
        <w:t>hey don't do anything instead.</w:t>
      </w:r>
    </w:p>
    <w:p w14:paraId="7BA204FC" w14:textId="29CADC2E"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04:4</w:t>
      </w:r>
      <w:r w:rsidR="000368D1" w:rsidRPr="00B33A29">
        <w:rPr>
          <w:rFonts w:ascii="Source Sans Pro" w:hAnsi="Source Sans Pro"/>
          <w:sz w:val="28"/>
          <w:szCs w:val="28"/>
        </w:rPr>
        <w:t>3</w:t>
      </w:r>
      <w:r w:rsidRPr="00B33A29">
        <w:rPr>
          <w:rFonts w:ascii="Source Sans Pro" w:hAnsi="Source Sans Pro"/>
          <w:sz w:val="28"/>
          <w:szCs w:val="28"/>
        </w:rPr>
        <w:t xml:space="preserve">  Presenter</w:t>
      </w:r>
      <w:proofErr w:type="gramEnd"/>
    </w:p>
    <w:p w14:paraId="11A631E8" w14:textId="77777777" w:rsidR="0023519E" w:rsidRPr="00B33A29" w:rsidRDefault="00000000">
      <w:pPr>
        <w:rPr>
          <w:rFonts w:ascii="Source Sans Pro" w:hAnsi="Source Sans Pro"/>
          <w:sz w:val="28"/>
          <w:szCs w:val="28"/>
        </w:rPr>
      </w:pPr>
      <w:r w:rsidRPr="00B33A29">
        <w:rPr>
          <w:rFonts w:ascii="Source Sans Pro" w:hAnsi="Source Sans Pro"/>
          <w:sz w:val="28"/>
          <w:szCs w:val="28"/>
        </w:rPr>
        <w:t>I do wonder if part of it is in the legislation itself, it talks about making reasonable adjustments. That is a bit open to interpretation, isn't it? Putting a doorbell 18 inches lower than you might originally think is the right place to put it, so people who use wheelchairs can access it is a really good example, I think, of a very reasonable adjustment. It's not going to cost you any more if it's in the planning and you're thinking that way to start.</w:t>
      </w:r>
    </w:p>
    <w:p w14:paraId="2FD55C96"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05:15  Dr</w:t>
      </w:r>
      <w:proofErr w:type="gramEnd"/>
      <w:r w:rsidRPr="00B33A29">
        <w:rPr>
          <w:rFonts w:ascii="Source Sans Pro" w:hAnsi="Source Sans Pro"/>
          <w:sz w:val="28"/>
          <w:szCs w:val="28"/>
        </w:rPr>
        <w:t xml:space="preserve"> Deborah Lawson</w:t>
      </w:r>
    </w:p>
    <w:p w14:paraId="274DAF06" w14:textId="77777777" w:rsidR="0023519E" w:rsidRPr="00B33A29" w:rsidRDefault="00000000">
      <w:pPr>
        <w:rPr>
          <w:rFonts w:ascii="Source Sans Pro" w:hAnsi="Source Sans Pro"/>
          <w:sz w:val="28"/>
          <w:szCs w:val="28"/>
        </w:rPr>
      </w:pPr>
      <w:r w:rsidRPr="00B33A29">
        <w:rPr>
          <w:rFonts w:ascii="Source Sans Pro" w:hAnsi="Source Sans Pro"/>
          <w:sz w:val="28"/>
          <w:szCs w:val="28"/>
        </w:rPr>
        <w:t xml:space="preserve">I think this is it. I think for me, one of the key things is it's the right attitude. No two people's needs are the same and a business is never going to get it right all the time. And I think every disabled person is fine with that. But I think if they focus initially on really good welcoming and inclusive customer service, so much can be achieved. And </w:t>
      </w:r>
      <w:proofErr w:type="gramStart"/>
      <w:r w:rsidRPr="00B33A29">
        <w:rPr>
          <w:rFonts w:ascii="Source Sans Pro" w:hAnsi="Source Sans Pro"/>
          <w:sz w:val="28"/>
          <w:szCs w:val="28"/>
        </w:rPr>
        <w:t>also</w:t>
      </w:r>
      <w:proofErr w:type="gramEnd"/>
      <w:r w:rsidRPr="00B33A29">
        <w:rPr>
          <w:rFonts w:ascii="Source Sans Pro" w:hAnsi="Source Sans Pro"/>
          <w:sz w:val="28"/>
          <w:szCs w:val="28"/>
        </w:rPr>
        <w:t xml:space="preserve"> to be proactive, don't wait until something goes wrong. Get training and seek advice. One of my favourite mantras is nothing about us without us. </w:t>
      </w:r>
      <w:proofErr w:type="gramStart"/>
      <w:r w:rsidRPr="00B33A29">
        <w:rPr>
          <w:rFonts w:ascii="Source Sans Pro" w:hAnsi="Source Sans Pro"/>
          <w:sz w:val="28"/>
          <w:szCs w:val="28"/>
        </w:rPr>
        <w:t>So</w:t>
      </w:r>
      <w:proofErr w:type="gramEnd"/>
      <w:r w:rsidRPr="00B33A29">
        <w:rPr>
          <w:rFonts w:ascii="Source Sans Pro" w:hAnsi="Source Sans Pro"/>
          <w:sz w:val="28"/>
          <w:szCs w:val="28"/>
        </w:rPr>
        <w:t xml:space="preserve"> I encourage businesses to involve disabled people as well when it comes to designing their services.</w:t>
      </w:r>
    </w:p>
    <w:p w14:paraId="6A404C6C"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05:48  Presenter</w:t>
      </w:r>
      <w:proofErr w:type="gramEnd"/>
    </w:p>
    <w:p w14:paraId="3FC0C3DF" w14:textId="77777777" w:rsidR="0023519E" w:rsidRPr="00B33A29" w:rsidRDefault="00000000">
      <w:pPr>
        <w:rPr>
          <w:rFonts w:ascii="Source Sans Pro" w:hAnsi="Source Sans Pro"/>
          <w:sz w:val="28"/>
          <w:szCs w:val="28"/>
        </w:rPr>
      </w:pPr>
      <w:r w:rsidRPr="00B33A29">
        <w:rPr>
          <w:rFonts w:ascii="Source Sans Pro" w:hAnsi="Source Sans Pro"/>
          <w:sz w:val="28"/>
          <w:szCs w:val="28"/>
        </w:rPr>
        <w:t xml:space="preserve">I'm just wondering here, Deborah, if there's an element of finance involved, because there's two ways of looking at this. You could go in with the wrong attitude, as you would see it, and as the law would see it, which is this is going to cost us money, it's going to come off our bottom line, we've got to make adjustments. Or you can think to yourself, actually, if we're really good at providing accessibility and goods and </w:t>
      </w:r>
      <w:r w:rsidRPr="00B33A29">
        <w:rPr>
          <w:rFonts w:ascii="Source Sans Pro" w:hAnsi="Source Sans Pro"/>
          <w:sz w:val="28"/>
          <w:szCs w:val="28"/>
        </w:rPr>
        <w:lastRenderedPageBreak/>
        <w:t>services for people in wheelchairs or people who are visually impaired, we'll probably be better at providing good customer service for everyone.</w:t>
      </w:r>
    </w:p>
    <w:p w14:paraId="6127066B"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06:20  Dr</w:t>
      </w:r>
      <w:proofErr w:type="gramEnd"/>
      <w:r w:rsidRPr="00B33A29">
        <w:rPr>
          <w:rFonts w:ascii="Source Sans Pro" w:hAnsi="Source Sans Pro"/>
          <w:sz w:val="28"/>
          <w:szCs w:val="28"/>
        </w:rPr>
        <w:t xml:space="preserve"> Deborah Lawson</w:t>
      </w:r>
    </w:p>
    <w:p w14:paraId="312E30DB" w14:textId="3EEEEB42" w:rsidR="0023519E" w:rsidRPr="00B33A29" w:rsidRDefault="00000000">
      <w:pPr>
        <w:rPr>
          <w:rFonts w:ascii="Source Sans Pro" w:hAnsi="Source Sans Pro"/>
          <w:sz w:val="28"/>
          <w:szCs w:val="28"/>
        </w:rPr>
      </w:pPr>
      <w:r w:rsidRPr="00B33A29">
        <w:rPr>
          <w:rFonts w:ascii="Source Sans Pro" w:hAnsi="Source Sans Pro"/>
          <w:sz w:val="28"/>
          <w:szCs w:val="28"/>
        </w:rPr>
        <w:t xml:space="preserve">Yeah, it's exactly that. I mean, in the UK, one in four people are disabled. And </w:t>
      </w:r>
      <w:r w:rsidR="00A456A0" w:rsidRPr="00B33A29">
        <w:rPr>
          <w:rFonts w:ascii="Source Sans Pro" w:hAnsi="Source Sans Pro"/>
          <w:sz w:val="28"/>
          <w:szCs w:val="28"/>
        </w:rPr>
        <w:t xml:space="preserve">the </w:t>
      </w:r>
      <w:r w:rsidRPr="00B33A29">
        <w:rPr>
          <w:rFonts w:ascii="Source Sans Pro" w:hAnsi="Source Sans Pro"/>
          <w:sz w:val="28"/>
          <w:szCs w:val="28"/>
        </w:rPr>
        <w:t>Purple Pound, which is the spending power of disabled people in their households, is worth £274 billion a year in the UK. So really, accessibility is a win for everybody. And if they're being inclusive, it is inclusive for everybody, so it's a positive thing</w:t>
      </w:r>
      <w:r w:rsidR="00A456A0" w:rsidRPr="00B33A29">
        <w:rPr>
          <w:rFonts w:ascii="Source Sans Pro" w:hAnsi="Source Sans Pro"/>
          <w:sz w:val="28"/>
          <w:szCs w:val="28"/>
        </w:rPr>
        <w:t>;</w:t>
      </w:r>
      <w:r w:rsidRPr="00B33A29">
        <w:rPr>
          <w:rFonts w:ascii="Source Sans Pro" w:hAnsi="Source Sans Pro"/>
          <w:sz w:val="28"/>
          <w:szCs w:val="28"/>
        </w:rPr>
        <w:t xml:space="preserve"> you cannot fail when you're inclusive.</w:t>
      </w:r>
    </w:p>
    <w:p w14:paraId="5415104F"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06:46  Presenter</w:t>
      </w:r>
      <w:proofErr w:type="gramEnd"/>
    </w:p>
    <w:p w14:paraId="471F7CDE" w14:textId="77777777" w:rsidR="0023519E" w:rsidRPr="00B33A29" w:rsidRDefault="00000000">
      <w:pPr>
        <w:rPr>
          <w:rFonts w:ascii="Source Sans Pro" w:hAnsi="Source Sans Pro"/>
          <w:sz w:val="28"/>
          <w:szCs w:val="28"/>
        </w:rPr>
      </w:pPr>
      <w:r w:rsidRPr="00B33A29">
        <w:rPr>
          <w:rFonts w:ascii="Source Sans Pro" w:hAnsi="Source Sans Pro"/>
          <w:sz w:val="28"/>
          <w:szCs w:val="28"/>
        </w:rPr>
        <w:t>I know you've done some research in and around Congleton, and you found more than 80% of disabled people you spoke to claim they faced barriers when going into businesses. That's terrible.</w:t>
      </w:r>
    </w:p>
    <w:p w14:paraId="1E062625"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06:58  Dr</w:t>
      </w:r>
      <w:proofErr w:type="gramEnd"/>
      <w:r w:rsidRPr="00B33A29">
        <w:rPr>
          <w:rFonts w:ascii="Source Sans Pro" w:hAnsi="Source Sans Pro"/>
          <w:sz w:val="28"/>
          <w:szCs w:val="28"/>
        </w:rPr>
        <w:t xml:space="preserve"> Deborah Lawson</w:t>
      </w:r>
    </w:p>
    <w:p w14:paraId="6CF21695" w14:textId="015787D3" w:rsidR="0023519E" w:rsidRPr="00B33A29" w:rsidRDefault="00000000">
      <w:pPr>
        <w:rPr>
          <w:rFonts w:ascii="Source Sans Pro" w:hAnsi="Source Sans Pro"/>
          <w:sz w:val="28"/>
          <w:szCs w:val="28"/>
        </w:rPr>
      </w:pPr>
      <w:r w:rsidRPr="00B33A29">
        <w:rPr>
          <w:rFonts w:ascii="Source Sans Pro" w:hAnsi="Source Sans Pro"/>
          <w:sz w:val="28"/>
          <w:szCs w:val="28"/>
        </w:rPr>
        <w:t xml:space="preserve">Yeah, 87% on a survey that I did with the council found that the town centre was inaccessible and they were struggling </w:t>
      </w:r>
      <w:r w:rsidR="002615A8" w:rsidRPr="00B33A29">
        <w:rPr>
          <w:rFonts w:ascii="Source Sans Pro" w:hAnsi="Source Sans Pro"/>
          <w:sz w:val="28"/>
          <w:szCs w:val="28"/>
        </w:rPr>
        <w:t>accessing</w:t>
      </w:r>
      <w:r w:rsidRPr="00B33A29">
        <w:rPr>
          <w:rFonts w:ascii="Source Sans Pro" w:hAnsi="Source Sans Pro"/>
          <w:sz w:val="28"/>
          <w:szCs w:val="28"/>
        </w:rPr>
        <w:t xml:space="preserve"> businesses. And as a result, we</w:t>
      </w:r>
      <w:r w:rsidR="002615A8" w:rsidRPr="00B33A29">
        <w:rPr>
          <w:rFonts w:ascii="Source Sans Pro" w:hAnsi="Source Sans Pro"/>
          <w:sz w:val="28"/>
          <w:szCs w:val="28"/>
        </w:rPr>
        <w:t xml:space="preserve">, </w:t>
      </w:r>
      <w:r w:rsidRPr="00B33A29">
        <w:rPr>
          <w:rFonts w:ascii="Source Sans Pro" w:hAnsi="Source Sans Pro"/>
          <w:sz w:val="28"/>
          <w:szCs w:val="28"/>
        </w:rPr>
        <w:t>the Congleton council</w:t>
      </w:r>
      <w:r w:rsidR="00653098" w:rsidRPr="00B33A29">
        <w:rPr>
          <w:rFonts w:ascii="Source Sans Pro" w:hAnsi="Source Sans Pro"/>
          <w:sz w:val="28"/>
          <w:szCs w:val="28"/>
        </w:rPr>
        <w:t xml:space="preserve"> and </w:t>
      </w:r>
      <w:r w:rsidR="00B07558" w:rsidRPr="00B33A29">
        <w:rPr>
          <w:rFonts w:ascii="Source Sans Pro" w:hAnsi="Source Sans Pro"/>
          <w:sz w:val="28"/>
          <w:szCs w:val="28"/>
        </w:rPr>
        <w:t xml:space="preserve">the </w:t>
      </w:r>
      <w:r w:rsidR="00653098" w:rsidRPr="00B33A29">
        <w:rPr>
          <w:rFonts w:ascii="Source Sans Pro" w:hAnsi="Source Sans Pro"/>
          <w:sz w:val="28"/>
          <w:szCs w:val="28"/>
        </w:rPr>
        <w:t>Equal Access Advisory Group</w:t>
      </w:r>
      <w:r w:rsidRPr="00B33A29">
        <w:rPr>
          <w:rFonts w:ascii="Source Sans Pro" w:hAnsi="Source Sans Pro"/>
          <w:sz w:val="28"/>
          <w:szCs w:val="28"/>
        </w:rPr>
        <w:t>, who are fantastic at trying to make the area more inclusive and accessible</w:t>
      </w:r>
      <w:r w:rsidR="002615A8" w:rsidRPr="00B33A29">
        <w:rPr>
          <w:rFonts w:ascii="Source Sans Pro" w:hAnsi="Source Sans Pro"/>
          <w:sz w:val="28"/>
          <w:szCs w:val="28"/>
        </w:rPr>
        <w:t xml:space="preserve">, </w:t>
      </w:r>
      <w:r w:rsidRPr="00B33A29">
        <w:rPr>
          <w:rFonts w:ascii="Source Sans Pro" w:hAnsi="Source Sans Pro"/>
          <w:sz w:val="28"/>
          <w:szCs w:val="28"/>
        </w:rPr>
        <w:t xml:space="preserve">we have set up a disability welcome scheme, and where we are giving advice to all the shops in the area, and asking them to tick off what they </w:t>
      </w:r>
      <w:r w:rsidR="00653098" w:rsidRPr="00B33A29">
        <w:rPr>
          <w:rFonts w:ascii="Source Sans Pro" w:hAnsi="Source Sans Pro"/>
          <w:sz w:val="28"/>
          <w:szCs w:val="28"/>
        </w:rPr>
        <w:t>offer</w:t>
      </w:r>
      <w:r w:rsidRPr="00B33A29">
        <w:rPr>
          <w:rFonts w:ascii="Source Sans Pro" w:hAnsi="Source Sans Pro"/>
          <w:sz w:val="28"/>
          <w:szCs w:val="28"/>
        </w:rPr>
        <w:t xml:space="preserve">. So then we can put it in a disability guide to help disabled people and also to help them sort of understand really, that it can be little tiny things that can really help somebody, even things like large print, but it's not going to cost you anything just to sort of print something off in large print, or offer to read it out loud to somebody, or have clear policies in place, such </w:t>
      </w:r>
      <w:r w:rsidRPr="0090405B">
        <w:rPr>
          <w:rFonts w:ascii="Source Sans Pro" w:hAnsi="Source Sans Pro"/>
          <w:sz w:val="28"/>
          <w:szCs w:val="28"/>
        </w:rPr>
        <w:t xml:space="preserve">as </w:t>
      </w:r>
      <w:r w:rsidRPr="0090405B">
        <w:rPr>
          <w:rFonts w:ascii="Source Sans Pro" w:hAnsi="Source Sans Pro"/>
          <w:bCs/>
          <w:sz w:val="28"/>
          <w:szCs w:val="28"/>
        </w:rPr>
        <w:t>staff must not distract or touch assistance dogs</w:t>
      </w:r>
      <w:r w:rsidR="00B07558" w:rsidRPr="0090405B">
        <w:rPr>
          <w:rFonts w:ascii="Source Sans Pro" w:hAnsi="Source Sans Pro"/>
          <w:bCs/>
          <w:sz w:val="28"/>
          <w:szCs w:val="28"/>
        </w:rPr>
        <w:t xml:space="preserve">, or </w:t>
      </w:r>
      <w:r w:rsidRPr="0090405B">
        <w:rPr>
          <w:rFonts w:ascii="Source Sans Pro" w:hAnsi="Source Sans Pro"/>
          <w:bCs/>
          <w:sz w:val="28"/>
          <w:szCs w:val="28"/>
        </w:rPr>
        <w:t>offer to help somebody na</w:t>
      </w:r>
      <w:r w:rsidRPr="00B33A29">
        <w:rPr>
          <w:rFonts w:ascii="Source Sans Pro" w:hAnsi="Source Sans Pro"/>
          <w:sz w:val="28"/>
          <w:szCs w:val="28"/>
        </w:rPr>
        <w:t>vigate the space,</w:t>
      </w:r>
      <w:r w:rsidR="00B07558" w:rsidRPr="00B33A29">
        <w:rPr>
          <w:rFonts w:ascii="Source Sans Pro" w:hAnsi="Source Sans Pro"/>
          <w:sz w:val="28"/>
          <w:szCs w:val="28"/>
        </w:rPr>
        <w:t xml:space="preserve"> </w:t>
      </w:r>
      <w:r w:rsidRPr="00B33A29">
        <w:rPr>
          <w:rFonts w:ascii="Source Sans Pro" w:hAnsi="Source Sans Pro"/>
          <w:sz w:val="28"/>
          <w:szCs w:val="28"/>
        </w:rPr>
        <w:t>and ultimately, it's about promoting a culture of respect and inclusion from the top down, and that's what's really, really important. And, if the stores are unsure, always ask, because a disabled person has the lived experience, and they are the expert of their lived reality, and nobody knows what they need better than they do.</w:t>
      </w:r>
    </w:p>
    <w:p w14:paraId="1E59345D" w14:textId="32A95B5C"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lastRenderedPageBreak/>
        <w:t>08:1</w:t>
      </w:r>
      <w:r w:rsidR="00A74E6A" w:rsidRPr="00B33A29">
        <w:rPr>
          <w:rFonts w:ascii="Source Sans Pro" w:hAnsi="Source Sans Pro"/>
          <w:sz w:val="28"/>
          <w:szCs w:val="28"/>
        </w:rPr>
        <w:t>5</w:t>
      </w:r>
      <w:r w:rsidRPr="00B33A29">
        <w:rPr>
          <w:rFonts w:ascii="Source Sans Pro" w:hAnsi="Source Sans Pro"/>
          <w:sz w:val="28"/>
          <w:szCs w:val="28"/>
        </w:rPr>
        <w:t xml:space="preserve">  Presenter</w:t>
      </w:r>
      <w:proofErr w:type="gramEnd"/>
    </w:p>
    <w:p w14:paraId="5F3A8C5B" w14:textId="618FF130" w:rsidR="0023519E" w:rsidRPr="00B33A29" w:rsidRDefault="00000000">
      <w:pPr>
        <w:rPr>
          <w:rFonts w:ascii="Source Sans Pro" w:hAnsi="Source Sans Pro"/>
          <w:sz w:val="28"/>
          <w:szCs w:val="28"/>
        </w:rPr>
      </w:pPr>
      <w:r w:rsidRPr="00B33A29">
        <w:rPr>
          <w:rFonts w:ascii="Source Sans Pro" w:hAnsi="Source Sans Pro"/>
          <w:sz w:val="28"/>
          <w:szCs w:val="28"/>
        </w:rPr>
        <w:t>Wayne told me he wants things to change, and not surprisingly, given what has happened to him, what needs to happen for change? Wh</w:t>
      </w:r>
      <w:r w:rsidR="00A74E6A" w:rsidRPr="00B33A29">
        <w:rPr>
          <w:rFonts w:ascii="Source Sans Pro" w:hAnsi="Source Sans Pro"/>
          <w:sz w:val="28"/>
          <w:szCs w:val="28"/>
        </w:rPr>
        <w:t>at</w:t>
      </w:r>
      <w:r w:rsidRPr="00B33A29">
        <w:rPr>
          <w:rFonts w:ascii="Source Sans Pro" w:hAnsi="Source Sans Pro"/>
          <w:sz w:val="28"/>
          <w:szCs w:val="28"/>
        </w:rPr>
        <w:t xml:space="preserve"> would you suggest on that?</w:t>
      </w:r>
    </w:p>
    <w:p w14:paraId="64275E37"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08:28  Dr</w:t>
      </w:r>
      <w:proofErr w:type="gramEnd"/>
      <w:r w:rsidRPr="00B33A29">
        <w:rPr>
          <w:rFonts w:ascii="Source Sans Pro" w:hAnsi="Source Sans Pro"/>
          <w:sz w:val="28"/>
          <w:szCs w:val="28"/>
        </w:rPr>
        <w:t xml:space="preserve"> Deborah Lawson</w:t>
      </w:r>
    </w:p>
    <w:p w14:paraId="5556580B" w14:textId="3F9489EB" w:rsidR="0023519E" w:rsidRPr="00B33A29" w:rsidRDefault="00000000">
      <w:pPr>
        <w:rPr>
          <w:rFonts w:ascii="Source Sans Pro" w:hAnsi="Source Sans Pro"/>
          <w:sz w:val="28"/>
          <w:szCs w:val="28"/>
        </w:rPr>
      </w:pPr>
      <w:r w:rsidRPr="00B33A29">
        <w:rPr>
          <w:rFonts w:ascii="Source Sans Pro" w:hAnsi="Source Sans Pro"/>
          <w:sz w:val="28"/>
          <w:szCs w:val="28"/>
        </w:rPr>
        <w:t xml:space="preserve">I mean, I think businesses need to </w:t>
      </w:r>
      <w:proofErr w:type="spellStart"/>
      <w:r w:rsidRPr="00B33A29">
        <w:rPr>
          <w:rFonts w:ascii="Source Sans Pro" w:hAnsi="Source Sans Pro"/>
          <w:sz w:val="28"/>
          <w:szCs w:val="28"/>
        </w:rPr>
        <w:t>realise</w:t>
      </w:r>
      <w:proofErr w:type="spellEnd"/>
      <w:r w:rsidRPr="00B33A29">
        <w:rPr>
          <w:rFonts w:ascii="Source Sans Pro" w:hAnsi="Source Sans Pro"/>
          <w:sz w:val="28"/>
          <w:szCs w:val="28"/>
        </w:rPr>
        <w:t xml:space="preserve"> that, ye</w:t>
      </w:r>
      <w:r w:rsidR="00A74E6A" w:rsidRPr="00B33A29">
        <w:rPr>
          <w:rFonts w:ascii="Source Sans Pro" w:hAnsi="Source Sans Pro"/>
          <w:sz w:val="28"/>
          <w:szCs w:val="28"/>
        </w:rPr>
        <w:t>s</w:t>
      </w:r>
      <w:r w:rsidRPr="00B33A29">
        <w:rPr>
          <w:rFonts w:ascii="Source Sans Pro" w:hAnsi="Source Sans Pro"/>
          <w:sz w:val="28"/>
          <w:szCs w:val="28"/>
        </w:rPr>
        <w:t>, they're human. We all make mistakes, and use any incident like this just as a chance to do better and review their practices</w:t>
      </w:r>
      <w:r w:rsidR="006F5800" w:rsidRPr="00B33A29">
        <w:rPr>
          <w:rFonts w:ascii="Source Sans Pro" w:hAnsi="Source Sans Pro"/>
          <w:sz w:val="28"/>
          <w:szCs w:val="28"/>
        </w:rPr>
        <w:t xml:space="preserve"> </w:t>
      </w:r>
      <w:r w:rsidRPr="0090405B">
        <w:rPr>
          <w:rFonts w:ascii="Source Sans Pro" w:hAnsi="Source Sans Pro"/>
          <w:bCs/>
          <w:sz w:val="28"/>
          <w:szCs w:val="28"/>
        </w:rPr>
        <w:t>nationall</w:t>
      </w:r>
      <w:r w:rsidR="006F5800" w:rsidRPr="0090405B">
        <w:rPr>
          <w:rFonts w:ascii="Source Sans Pro" w:hAnsi="Source Sans Pro"/>
          <w:bCs/>
          <w:sz w:val="28"/>
          <w:szCs w:val="28"/>
        </w:rPr>
        <w:t>y</w:t>
      </w:r>
      <w:r w:rsidRPr="00B33A29">
        <w:rPr>
          <w:rFonts w:ascii="Source Sans Pro" w:hAnsi="Source Sans Pro"/>
          <w:sz w:val="28"/>
          <w:szCs w:val="28"/>
        </w:rPr>
        <w:t xml:space="preserve">, to ensure that every customer is treated with dignity and respect, so I would encourage any business in this situation to genuinely </w:t>
      </w:r>
      <w:proofErr w:type="spellStart"/>
      <w:r w:rsidRPr="00B33A29">
        <w:rPr>
          <w:rFonts w:ascii="Source Sans Pro" w:hAnsi="Source Sans Pro"/>
          <w:sz w:val="28"/>
          <w:szCs w:val="28"/>
        </w:rPr>
        <w:t>apologise</w:t>
      </w:r>
      <w:proofErr w:type="spellEnd"/>
      <w:r w:rsidRPr="00B33A29">
        <w:rPr>
          <w:rFonts w:ascii="Source Sans Pro" w:hAnsi="Source Sans Pro"/>
          <w:sz w:val="28"/>
          <w:szCs w:val="28"/>
        </w:rPr>
        <w:t>, and say, look, we should have and we can do better, but fully commit to doing so.</w:t>
      </w:r>
    </w:p>
    <w:p w14:paraId="6C7C85B2"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08:55  Presenter</w:t>
      </w:r>
      <w:proofErr w:type="gramEnd"/>
    </w:p>
    <w:p w14:paraId="0021E67E" w14:textId="77777777" w:rsidR="0023519E" w:rsidRPr="00B33A29" w:rsidRDefault="00000000">
      <w:pPr>
        <w:rPr>
          <w:rFonts w:ascii="Source Sans Pro" w:hAnsi="Source Sans Pro"/>
          <w:sz w:val="28"/>
          <w:szCs w:val="28"/>
        </w:rPr>
      </w:pPr>
      <w:r w:rsidRPr="00B33A29">
        <w:rPr>
          <w:rFonts w:ascii="Source Sans Pro" w:hAnsi="Source Sans Pro"/>
          <w:sz w:val="28"/>
          <w:szCs w:val="28"/>
        </w:rPr>
        <w:t>And the point was made, I was speaking to someone yesterday about this, and you've alluded to it as well, this idea about getting people with disabilities involved in that decision-making process seems really important.</w:t>
      </w:r>
    </w:p>
    <w:p w14:paraId="2F9427BF"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09:13  Dr</w:t>
      </w:r>
      <w:proofErr w:type="gramEnd"/>
      <w:r w:rsidRPr="00B33A29">
        <w:rPr>
          <w:rFonts w:ascii="Source Sans Pro" w:hAnsi="Source Sans Pro"/>
          <w:sz w:val="28"/>
          <w:szCs w:val="28"/>
        </w:rPr>
        <w:t xml:space="preserve"> Deborah Lawson</w:t>
      </w:r>
    </w:p>
    <w:p w14:paraId="61C59829" w14:textId="05A0A536" w:rsidR="0023519E" w:rsidRPr="00B33A29" w:rsidRDefault="00000000">
      <w:pPr>
        <w:rPr>
          <w:rFonts w:ascii="Source Sans Pro" w:hAnsi="Source Sans Pro"/>
          <w:sz w:val="28"/>
          <w:szCs w:val="28"/>
        </w:rPr>
      </w:pPr>
      <w:r w:rsidRPr="00B33A29">
        <w:rPr>
          <w:rFonts w:ascii="Source Sans Pro" w:hAnsi="Source Sans Pro"/>
          <w:sz w:val="28"/>
          <w:szCs w:val="28"/>
        </w:rPr>
        <w:t>It's absolutely critical, it absolutely doesn't work when you try to plan around providing access for somebody who has no lived experience of using a wheelchair, or who has no lived experience of having a visual impairment, those disabled people are your experts, and you should absolutely get them involved, pay them for their time and their expertise, and they will help you no end, because they genuinely know</w:t>
      </w:r>
      <w:r w:rsidR="008313F8" w:rsidRPr="00B33A29">
        <w:rPr>
          <w:rFonts w:ascii="Source Sans Pro" w:hAnsi="Source Sans Pro"/>
          <w:sz w:val="28"/>
          <w:szCs w:val="28"/>
        </w:rPr>
        <w:t>, and</w:t>
      </w:r>
      <w:r w:rsidRPr="00B33A29">
        <w:rPr>
          <w:rFonts w:ascii="Source Sans Pro" w:hAnsi="Source Sans Pro"/>
          <w:sz w:val="28"/>
          <w:szCs w:val="28"/>
        </w:rPr>
        <w:t xml:space="preserve"> it will be little things that they will point out, </w:t>
      </w:r>
      <w:r w:rsidR="008313F8" w:rsidRPr="00B33A29">
        <w:rPr>
          <w:rFonts w:ascii="Source Sans Pro" w:hAnsi="Source Sans Pro"/>
          <w:sz w:val="28"/>
          <w:szCs w:val="28"/>
        </w:rPr>
        <w:t>that</w:t>
      </w:r>
      <w:r w:rsidRPr="00B33A29">
        <w:rPr>
          <w:rFonts w:ascii="Source Sans Pro" w:hAnsi="Source Sans Pro"/>
          <w:sz w:val="28"/>
          <w:szCs w:val="28"/>
        </w:rPr>
        <w:t xml:space="preserve"> you will probably never have thought of, but it will be so easy to change in your business, even things like keeping your background noise low, well that's free, a lot of these things they don't cost, it's just little tiny adjustments that can make an enormous difference.</w:t>
      </w:r>
    </w:p>
    <w:p w14:paraId="746B59F2" w14:textId="687F8E49" w:rsidR="0023519E" w:rsidRPr="00B33A29" w:rsidRDefault="008313F8">
      <w:pPr>
        <w:pStyle w:val="Heading2"/>
        <w:rPr>
          <w:rFonts w:ascii="Source Sans Pro" w:hAnsi="Source Sans Pro"/>
          <w:sz w:val="28"/>
          <w:szCs w:val="28"/>
        </w:rPr>
      </w:pPr>
      <w:proofErr w:type="gramStart"/>
      <w:r w:rsidRPr="00B33A29">
        <w:rPr>
          <w:rFonts w:ascii="Source Sans Pro" w:hAnsi="Source Sans Pro"/>
          <w:sz w:val="28"/>
          <w:szCs w:val="28"/>
        </w:rPr>
        <w:t>09</w:t>
      </w:r>
      <w:r w:rsidR="00000000" w:rsidRPr="00B33A29">
        <w:rPr>
          <w:rFonts w:ascii="Source Sans Pro" w:hAnsi="Source Sans Pro"/>
          <w:sz w:val="28"/>
          <w:szCs w:val="28"/>
        </w:rPr>
        <w:t>:</w:t>
      </w:r>
      <w:r w:rsidRPr="00B33A29">
        <w:rPr>
          <w:rFonts w:ascii="Source Sans Pro" w:hAnsi="Source Sans Pro"/>
          <w:sz w:val="28"/>
          <w:szCs w:val="28"/>
        </w:rPr>
        <w:t>58</w:t>
      </w:r>
      <w:r w:rsidR="00000000" w:rsidRPr="00B33A29">
        <w:rPr>
          <w:rFonts w:ascii="Source Sans Pro" w:hAnsi="Source Sans Pro"/>
          <w:sz w:val="28"/>
          <w:szCs w:val="28"/>
        </w:rPr>
        <w:t xml:space="preserve">  Presenter</w:t>
      </w:r>
      <w:proofErr w:type="gramEnd"/>
    </w:p>
    <w:p w14:paraId="55669F2F" w14:textId="77777777" w:rsidR="0023519E" w:rsidRPr="00B33A29" w:rsidRDefault="00000000">
      <w:pPr>
        <w:rPr>
          <w:rFonts w:ascii="Source Sans Pro" w:hAnsi="Source Sans Pro"/>
          <w:sz w:val="28"/>
          <w:szCs w:val="28"/>
        </w:rPr>
      </w:pPr>
      <w:r w:rsidRPr="00B33A29">
        <w:rPr>
          <w:rFonts w:ascii="Source Sans Pro" w:hAnsi="Source Sans Pro"/>
          <w:sz w:val="28"/>
          <w:szCs w:val="28"/>
        </w:rPr>
        <w:t xml:space="preserve">One of the things that's come out of our conversations this week, and when we've put it on our social media feeds, is the number of people who've said well done to Wayne for speaking out, and one of the points he made earlier in the week is he's just fed up of saying nothing, because this happens all too frequently in different ways, he's not allowed access to the goods and services, he's legally entitled to access. What would you say about what Wayne's done, and also for other people </w:t>
      </w:r>
      <w:r w:rsidRPr="00B33A29">
        <w:rPr>
          <w:rFonts w:ascii="Source Sans Pro" w:hAnsi="Source Sans Pro"/>
          <w:sz w:val="28"/>
          <w:szCs w:val="28"/>
        </w:rPr>
        <w:lastRenderedPageBreak/>
        <w:t>who feel that they're being excluded from certain aspects of life because of a disability?</w:t>
      </w:r>
    </w:p>
    <w:p w14:paraId="5CF5BB18"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10:35  Dr</w:t>
      </w:r>
      <w:proofErr w:type="gramEnd"/>
      <w:r w:rsidRPr="00B33A29">
        <w:rPr>
          <w:rFonts w:ascii="Source Sans Pro" w:hAnsi="Source Sans Pro"/>
          <w:sz w:val="28"/>
          <w:szCs w:val="28"/>
        </w:rPr>
        <w:t xml:space="preserve"> Deborah Lawson</w:t>
      </w:r>
    </w:p>
    <w:p w14:paraId="5A176C92" w14:textId="3B30756F" w:rsidR="0023519E" w:rsidRPr="00B33A29" w:rsidRDefault="00000000">
      <w:pPr>
        <w:rPr>
          <w:rFonts w:ascii="Source Sans Pro" w:hAnsi="Source Sans Pro"/>
          <w:sz w:val="28"/>
          <w:szCs w:val="28"/>
        </w:rPr>
      </w:pPr>
      <w:r w:rsidRPr="00B33A29">
        <w:rPr>
          <w:rFonts w:ascii="Source Sans Pro" w:hAnsi="Source Sans Pro"/>
          <w:sz w:val="28"/>
          <w:szCs w:val="28"/>
        </w:rPr>
        <w:t>I think Wayne's been incredibly courageous to speak up, because he felt dehumanised, rightly so, and I think that</w:t>
      </w:r>
      <w:r w:rsidR="008210C6" w:rsidRPr="00B33A29">
        <w:rPr>
          <w:rFonts w:ascii="Source Sans Pro" w:hAnsi="Source Sans Pro"/>
          <w:sz w:val="28"/>
          <w:szCs w:val="28"/>
        </w:rPr>
        <w:t xml:space="preserve"> t</w:t>
      </w:r>
      <w:r w:rsidRPr="00B33A29">
        <w:rPr>
          <w:rFonts w:ascii="Source Sans Pro" w:hAnsi="Source Sans Pro"/>
          <w:sz w:val="28"/>
          <w:szCs w:val="28"/>
        </w:rPr>
        <w:t>he fact that he felt so humiliated really highlighted the emotional toll that repeated exclusion takes</w:t>
      </w:r>
      <w:r w:rsidR="00BA42A8" w:rsidRPr="00B33A29">
        <w:rPr>
          <w:rFonts w:ascii="Source Sans Pro" w:hAnsi="Source Sans Pro"/>
          <w:sz w:val="28"/>
          <w:szCs w:val="28"/>
        </w:rPr>
        <w:t>. T</w:t>
      </w:r>
      <w:r w:rsidRPr="00B33A29">
        <w:rPr>
          <w:rFonts w:ascii="Source Sans Pro" w:hAnsi="Source Sans Pro"/>
          <w:sz w:val="28"/>
          <w:szCs w:val="28"/>
        </w:rPr>
        <w:t xml:space="preserve">here was a survey from Scope that highlighted that four out of five disabled people have experienced negative attitudes and behaviour in the last five years. And unsurprisingly, 87% have said that that's had a negative impact on their daily lives. </w:t>
      </w:r>
      <w:proofErr w:type="gramStart"/>
      <w:r w:rsidRPr="00B33A29">
        <w:rPr>
          <w:rFonts w:ascii="Source Sans Pro" w:hAnsi="Source Sans Pro"/>
          <w:sz w:val="28"/>
          <w:szCs w:val="28"/>
        </w:rPr>
        <w:t>So</w:t>
      </w:r>
      <w:proofErr w:type="gramEnd"/>
      <w:r w:rsidRPr="00B33A29">
        <w:rPr>
          <w:rFonts w:ascii="Source Sans Pro" w:hAnsi="Source Sans Pro"/>
          <w:sz w:val="28"/>
          <w:szCs w:val="28"/>
        </w:rPr>
        <w:t xml:space="preserve"> I think that people do need to approach businesses. When I became disabled myself, I started approaching businesses and telling them, look, I've just been excluded. This isn't okay. And they were really shocked. And they said, well, nobody's ever told us. Nobody's ever </w:t>
      </w:r>
      <w:proofErr w:type="gramStart"/>
      <w:r w:rsidRPr="00B33A29">
        <w:rPr>
          <w:rFonts w:ascii="Source Sans Pro" w:hAnsi="Source Sans Pro"/>
          <w:sz w:val="28"/>
          <w:szCs w:val="28"/>
        </w:rPr>
        <w:t>come</w:t>
      </w:r>
      <w:proofErr w:type="gramEnd"/>
      <w:r w:rsidRPr="00B33A29">
        <w:rPr>
          <w:rFonts w:ascii="Source Sans Pro" w:hAnsi="Source Sans Pro"/>
          <w:sz w:val="28"/>
          <w:szCs w:val="28"/>
        </w:rPr>
        <w:t xml:space="preserve"> to us and given us solutions and told us what we can do differently. And they welcomed it. And that is how I fell into my work, because businesses welcomed it. The majority of businesses, as I said, they do want to do better. They just don't know how. </w:t>
      </w:r>
      <w:proofErr w:type="gramStart"/>
      <w:r w:rsidRPr="00B33A29">
        <w:rPr>
          <w:rFonts w:ascii="Source Sans Pro" w:hAnsi="Source Sans Pro"/>
          <w:sz w:val="28"/>
          <w:szCs w:val="28"/>
        </w:rPr>
        <w:t>So</w:t>
      </w:r>
      <w:proofErr w:type="gramEnd"/>
      <w:r w:rsidRPr="00B33A29">
        <w:rPr>
          <w:rFonts w:ascii="Source Sans Pro" w:hAnsi="Source Sans Pro"/>
          <w:sz w:val="28"/>
          <w:szCs w:val="28"/>
        </w:rPr>
        <w:t xml:space="preserve"> I would absolutely encourage disabled people to talk to businesses and to explain how it feels. On a proper emotional level, like Wayne did, that he was humiliated, he was dehumanised because it is awful. That has a lasting impact on people. And as I said, it's so easy to just make those reasonable adjustments. Of course, for a wheelchair, it's more expensive. You can have a temporary ramp, for example, and doorbell on your door. </w:t>
      </w:r>
      <w:proofErr w:type="gramStart"/>
      <w:r w:rsidRPr="00B33A29">
        <w:rPr>
          <w:rFonts w:ascii="Source Sans Pro" w:hAnsi="Source Sans Pro"/>
          <w:sz w:val="28"/>
          <w:szCs w:val="28"/>
        </w:rPr>
        <w:t>So</w:t>
      </w:r>
      <w:proofErr w:type="gramEnd"/>
      <w:r w:rsidRPr="00B33A29">
        <w:rPr>
          <w:rFonts w:ascii="Source Sans Pro" w:hAnsi="Source Sans Pro"/>
          <w:sz w:val="28"/>
          <w:szCs w:val="28"/>
        </w:rPr>
        <w:t xml:space="preserve"> they can just ring for assistance. A temporary ramp is going to cost you about 90 pounds. It's really quite small to get that person in the door to be inclusive.</w:t>
      </w:r>
    </w:p>
    <w:p w14:paraId="4FAD099C"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12:17  Presenter</w:t>
      </w:r>
      <w:proofErr w:type="gramEnd"/>
    </w:p>
    <w:p w14:paraId="3C568714" w14:textId="37533747" w:rsidR="0023519E" w:rsidRPr="00B33A29" w:rsidRDefault="00000000">
      <w:pPr>
        <w:rPr>
          <w:rFonts w:ascii="Source Sans Pro" w:hAnsi="Source Sans Pro"/>
          <w:sz w:val="28"/>
          <w:szCs w:val="28"/>
        </w:rPr>
      </w:pPr>
      <w:proofErr w:type="gramStart"/>
      <w:r w:rsidRPr="00B33A29">
        <w:rPr>
          <w:rFonts w:ascii="Source Sans Pro" w:hAnsi="Source Sans Pro"/>
          <w:sz w:val="28"/>
          <w:szCs w:val="28"/>
        </w:rPr>
        <w:t>So</w:t>
      </w:r>
      <w:proofErr w:type="gramEnd"/>
      <w:r w:rsidRPr="00B33A29">
        <w:rPr>
          <w:rFonts w:ascii="Source Sans Pro" w:hAnsi="Source Sans Pro"/>
          <w:sz w:val="28"/>
          <w:szCs w:val="28"/>
        </w:rPr>
        <w:t xml:space="preserve"> when you say that, and I'm thinking about places like Congleton and Leek and Cheadle and Nantwich, which have these lovely old high streets from built in a time when nobody was bothered about access. You'd step up, you'd step down, you'd have a narrow doorway and all the rest of it. </w:t>
      </w:r>
      <w:r w:rsidRPr="0090405B">
        <w:rPr>
          <w:rFonts w:ascii="Source Sans Pro" w:hAnsi="Source Sans Pro"/>
          <w:bCs/>
          <w:sz w:val="28"/>
          <w:szCs w:val="28"/>
        </w:rPr>
        <w:t>Some will be listed buildings</w:t>
      </w:r>
      <w:r w:rsidRPr="00B33A29">
        <w:rPr>
          <w:rFonts w:ascii="Source Sans Pro" w:hAnsi="Source Sans Pro"/>
          <w:sz w:val="28"/>
          <w:szCs w:val="28"/>
        </w:rPr>
        <w:t xml:space="preserve"> and all the rest of it</w:t>
      </w:r>
      <w:r w:rsidR="00EA0CBA" w:rsidRPr="00B33A29">
        <w:rPr>
          <w:rFonts w:ascii="Source Sans Pro" w:hAnsi="Source Sans Pro"/>
          <w:sz w:val="28"/>
          <w:szCs w:val="28"/>
        </w:rPr>
        <w:t>, so</w:t>
      </w:r>
      <w:r w:rsidRPr="00B33A29">
        <w:rPr>
          <w:rFonts w:ascii="Source Sans Pro" w:hAnsi="Source Sans Pro"/>
          <w:sz w:val="28"/>
          <w:szCs w:val="28"/>
        </w:rPr>
        <w:t xml:space="preserve"> in the right circumstances</w:t>
      </w:r>
      <w:r w:rsidR="00EA0CBA" w:rsidRPr="00B33A29">
        <w:rPr>
          <w:rFonts w:ascii="Source Sans Pro" w:hAnsi="Source Sans Pro"/>
          <w:sz w:val="28"/>
          <w:szCs w:val="28"/>
        </w:rPr>
        <w:t>,</w:t>
      </w:r>
      <w:r w:rsidRPr="00B33A29">
        <w:rPr>
          <w:rFonts w:ascii="Source Sans Pro" w:hAnsi="Source Sans Pro"/>
          <w:sz w:val="28"/>
          <w:szCs w:val="28"/>
        </w:rPr>
        <w:t xml:space="preserve"> I'm just thinking of a little independent shopkeeper. It would be acceptable then to put a doorbell in, have a temporary ramp out the back that you get out so someone can get in and get out. Is that what you're saying?</w:t>
      </w:r>
    </w:p>
    <w:p w14:paraId="5E88E933"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lastRenderedPageBreak/>
        <w:t>12:51  Dr</w:t>
      </w:r>
      <w:proofErr w:type="gramEnd"/>
      <w:r w:rsidRPr="00B33A29">
        <w:rPr>
          <w:rFonts w:ascii="Source Sans Pro" w:hAnsi="Source Sans Pro"/>
          <w:sz w:val="28"/>
          <w:szCs w:val="28"/>
        </w:rPr>
        <w:t xml:space="preserve"> Deborah Lawson</w:t>
      </w:r>
    </w:p>
    <w:p w14:paraId="456728B0" w14:textId="7A8F7279" w:rsidR="0023519E" w:rsidRPr="00B33A29" w:rsidRDefault="00000000">
      <w:pPr>
        <w:rPr>
          <w:rFonts w:ascii="Source Sans Pro" w:hAnsi="Source Sans Pro"/>
          <w:sz w:val="28"/>
          <w:szCs w:val="28"/>
        </w:rPr>
      </w:pPr>
      <w:r w:rsidRPr="00B33A29">
        <w:rPr>
          <w:rFonts w:ascii="Source Sans Pro" w:hAnsi="Source Sans Pro"/>
          <w:sz w:val="28"/>
          <w:szCs w:val="28"/>
        </w:rPr>
        <w:t xml:space="preserve">Exactly. And if they can't get in, what else can they do? Can they come out? Can they serve them? Can they come to their home? For example, recently, I needed to use a garage and I couldn't get my van to the garage. The mechanic came and picked it up for me and dropped it off. That's going just a little bit further, but it meant I could use his service seamlessly. It's just little adjustments like that that can make such a big difference. It meant he didn't have to change his entire frontage of his garage. </w:t>
      </w:r>
      <w:proofErr w:type="gramStart"/>
      <w:r w:rsidRPr="00B33A29">
        <w:rPr>
          <w:rFonts w:ascii="Source Sans Pro" w:hAnsi="Source Sans Pro"/>
          <w:sz w:val="28"/>
          <w:szCs w:val="28"/>
        </w:rPr>
        <w:t>So</w:t>
      </w:r>
      <w:proofErr w:type="gramEnd"/>
      <w:r w:rsidRPr="00B33A29">
        <w:rPr>
          <w:rFonts w:ascii="Source Sans Pro" w:hAnsi="Source Sans Pro"/>
          <w:sz w:val="28"/>
          <w:szCs w:val="28"/>
        </w:rPr>
        <w:t xml:space="preserve"> my power chair could get inside, but he just altered the way he did it. So it could be that somebody who's got a completely inaccessible shop, because as you say, these are historic market towns. Not everywhere genuinely can be</w:t>
      </w:r>
      <w:r w:rsidR="00CA1785" w:rsidRPr="00B33A29">
        <w:rPr>
          <w:rFonts w:ascii="Source Sans Pro" w:hAnsi="Source Sans Pro"/>
          <w:sz w:val="28"/>
          <w:szCs w:val="28"/>
        </w:rPr>
        <w:t xml:space="preserve"> fully</w:t>
      </w:r>
      <w:r w:rsidRPr="00B33A29">
        <w:rPr>
          <w:rFonts w:ascii="Source Sans Pro" w:hAnsi="Source Sans Pro"/>
          <w:sz w:val="28"/>
          <w:szCs w:val="28"/>
        </w:rPr>
        <w:t xml:space="preserve"> accessible. </w:t>
      </w:r>
      <w:proofErr w:type="gramStart"/>
      <w:r w:rsidR="00CA1785" w:rsidRPr="00B33A29">
        <w:rPr>
          <w:rFonts w:ascii="Source Sans Pro" w:hAnsi="Source Sans Pro"/>
          <w:sz w:val="28"/>
          <w:szCs w:val="28"/>
        </w:rPr>
        <w:t>So</w:t>
      </w:r>
      <w:proofErr w:type="gramEnd"/>
      <w:r w:rsidR="00CA1785" w:rsidRPr="00B33A29">
        <w:rPr>
          <w:rFonts w:ascii="Source Sans Pro" w:hAnsi="Source Sans Pro"/>
          <w:sz w:val="28"/>
          <w:szCs w:val="28"/>
        </w:rPr>
        <w:t xml:space="preserve"> w</w:t>
      </w:r>
      <w:r w:rsidRPr="00B33A29">
        <w:rPr>
          <w:rFonts w:ascii="Source Sans Pro" w:hAnsi="Source Sans Pro"/>
          <w:sz w:val="28"/>
          <w:szCs w:val="28"/>
        </w:rPr>
        <w:t>hat can you do to change your service, to make it accessible? Can you alter something? Can you visit that customer at their home and drop something off for them? And nine out of 10 times, you absolutely can. And a lot of the times, the shops just never thought about it and they're more than willing to do it. They're more than willing to help somebody out.</w:t>
      </w:r>
    </w:p>
    <w:p w14:paraId="2190B5A4"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13:59  Presenter</w:t>
      </w:r>
      <w:proofErr w:type="gramEnd"/>
    </w:p>
    <w:p w14:paraId="479515EA" w14:textId="77777777" w:rsidR="0023519E" w:rsidRPr="00B33A29" w:rsidRDefault="00000000">
      <w:pPr>
        <w:rPr>
          <w:rFonts w:ascii="Source Sans Pro" w:hAnsi="Source Sans Pro"/>
          <w:sz w:val="28"/>
          <w:szCs w:val="28"/>
        </w:rPr>
      </w:pPr>
      <w:r w:rsidRPr="00B33A29">
        <w:rPr>
          <w:rFonts w:ascii="Source Sans Pro" w:hAnsi="Source Sans Pro"/>
          <w:sz w:val="28"/>
          <w:szCs w:val="28"/>
        </w:rPr>
        <w:t>It's really interesting. It's about changing attitudes and changing ways of working in that order, I suspect.</w:t>
      </w:r>
    </w:p>
    <w:p w14:paraId="3D769AD5"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14:05  Dr</w:t>
      </w:r>
      <w:proofErr w:type="gramEnd"/>
      <w:r w:rsidRPr="00B33A29">
        <w:rPr>
          <w:rFonts w:ascii="Source Sans Pro" w:hAnsi="Source Sans Pro"/>
          <w:sz w:val="28"/>
          <w:szCs w:val="28"/>
        </w:rPr>
        <w:t xml:space="preserve"> Deborah Lawson</w:t>
      </w:r>
    </w:p>
    <w:p w14:paraId="0A1EBBA4" w14:textId="77777777" w:rsidR="0023519E" w:rsidRPr="00B33A29" w:rsidRDefault="00000000">
      <w:pPr>
        <w:rPr>
          <w:rFonts w:ascii="Source Sans Pro" w:hAnsi="Source Sans Pro"/>
          <w:sz w:val="28"/>
          <w:szCs w:val="28"/>
        </w:rPr>
      </w:pPr>
      <w:r w:rsidRPr="00B33A29">
        <w:rPr>
          <w:rFonts w:ascii="Source Sans Pro" w:hAnsi="Source Sans Pro"/>
          <w:sz w:val="28"/>
          <w:szCs w:val="28"/>
        </w:rPr>
        <w:t>Absolutely.</w:t>
      </w:r>
    </w:p>
    <w:p w14:paraId="58114962" w14:textId="77777777" w:rsidR="0023519E" w:rsidRPr="00B33A29" w:rsidRDefault="00000000">
      <w:pPr>
        <w:pStyle w:val="Heading2"/>
        <w:rPr>
          <w:rFonts w:ascii="Source Sans Pro" w:hAnsi="Source Sans Pro"/>
          <w:sz w:val="28"/>
          <w:szCs w:val="28"/>
        </w:rPr>
      </w:pPr>
      <w:proofErr w:type="gramStart"/>
      <w:r w:rsidRPr="00B33A29">
        <w:rPr>
          <w:rFonts w:ascii="Source Sans Pro" w:hAnsi="Source Sans Pro"/>
          <w:sz w:val="28"/>
          <w:szCs w:val="28"/>
        </w:rPr>
        <w:t>14:06  Presenter</w:t>
      </w:r>
      <w:proofErr w:type="gramEnd"/>
      <w:r w:rsidRPr="00B33A29">
        <w:rPr>
          <w:rFonts w:ascii="Source Sans Pro" w:hAnsi="Source Sans Pro"/>
          <w:sz w:val="28"/>
          <w:szCs w:val="28"/>
        </w:rPr>
        <w:t xml:space="preserve"> – closing</w:t>
      </w:r>
    </w:p>
    <w:p w14:paraId="2A392765" w14:textId="3F646D56" w:rsidR="0023519E" w:rsidRPr="00B33A29" w:rsidRDefault="00000000">
      <w:pPr>
        <w:rPr>
          <w:rFonts w:ascii="Source Sans Pro" w:hAnsi="Source Sans Pro"/>
          <w:sz w:val="28"/>
          <w:szCs w:val="28"/>
        </w:rPr>
      </w:pPr>
      <w:r w:rsidRPr="00B33A29">
        <w:rPr>
          <w:rFonts w:ascii="Source Sans Pro" w:hAnsi="Source Sans Pro"/>
          <w:sz w:val="28"/>
          <w:szCs w:val="28"/>
        </w:rPr>
        <w:t xml:space="preserve">Dr. Deborah Lawson, </w:t>
      </w:r>
      <w:r w:rsidR="004618BB" w:rsidRPr="00B33A29">
        <w:rPr>
          <w:rFonts w:ascii="Source Sans Pro" w:hAnsi="Source Sans Pro"/>
          <w:sz w:val="28"/>
          <w:szCs w:val="28"/>
        </w:rPr>
        <w:t xml:space="preserve">it was </w:t>
      </w:r>
      <w:r w:rsidRPr="00B33A29">
        <w:rPr>
          <w:rFonts w:ascii="Source Sans Pro" w:hAnsi="Source Sans Pro"/>
          <w:sz w:val="28"/>
          <w:szCs w:val="28"/>
        </w:rPr>
        <w:t>lovely talking to you. Thanks so much for coming on. It's been really interesting. Deborah is a disability inclusion and accessibility consultant based in Congleton.</w:t>
      </w:r>
    </w:p>
    <w:p w14:paraId="2EF3E2B6" w14:textId="6CD0A0AF" w:rsidR="0023519E" w:rsidRDefault="0023519E" w:rsidP="00B33A29">
      <w:pPr>
        <w:pStyle w:val="ListBullet"/>
        <w:numPr>
          <w:ilvl w:val="0"/>
          <w:numId w:val="0"/>
        </w:numPr>
        <w:ind w:left="360"/>
      </w:pPr>
    </w:p>
    <w:sectPr w:rsidR="0023519E" w:rsidSect="00034616">
      <w:footerReference w:type="default" r:id="rId9"/>
      <w:pgSz w:w="12240" w:h="15840"/>
      <w:pgMar w:top="1037"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29AA2" w14:textId="77777777" w:rsidR="00AF27F2" w:rsidRDefault="00AF27F2" w:rsidP="00AB177D">
      <w:pPr>
        <w:spacing w:after="0" w:line="240" w:lineRule="auto"/>
      </w:pPr>
      <w:r>
        <w:separator/>
      </w:r>
    </w:p>
  </w:endnote>
  <w:endnote w:type="continuationSeparator" w:id="0">
    <w:p w14:paraId="4388933B" w14:textId="77777777" w:rsidR="00AF27F2" w:rsidRDefault="00AF27F2" w:rsidP="00AB1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3A3E" w14:textId="74DE2556" w:rsidR="00AB177D" w:rsidRPr="00AB177D" w:rsidRDefault="00AB177D" w:rsidP="00AB177D">
    <w:pPr>
      <w:pStyle w:val="Footer"/>
      <w:jc w:val="center"/>
      <w:rPr>
        <w:sz w:val="24"/>
        <w:szCs w:val="24"/>
      </w:rPr>
    </w:pPr>
    <w:r w:rsidRPr="00AB177D">
      <w:rPr>
        <w:sz w:val="24"/>
        <w:szCs w:val="24"/>
      </w:rPr>
      <w:t>https://deborah-lawson.co.uk/</w:t>
    </w:r>
  </w:p>
  <w:p w14:paraId="6F8C83CA" w14:textId="77777777" w:rsidR="00AB177D" w:rsidRDefault="00AB1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797AA" w14:textId="77777777" w:rsidR="00AF27F2" w:rsidRDefault="00AF27F2" w:rsidP="00AB177D">
      <w:pPr>
        <w:spacing w:after="0" w:line="240" w:lineRule="auto"/>
      </w:pPr>
      <w:r>
        <w:separator/>
      </w:r>
    </w:p>
  </w:footnote>
  <w:footnote w:type="continuationSeparator" w:id="0">
    <w:p w14:paraId="12E2FDF0" w14:textId="77777777" w:rsidR="00AF27F2" w:rsidRDefault="00AF27F2" w:rsidP="00AB1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639557">
    <w:abstractNumId w:val="8"/>
  </w:num>
  <w:num w:numId="2" w16cid:durableId="317615131">
    <w:abstractNumId w:val="6"/>
  </w:num>
  <w:num w:numId="3" w16cid:durableId="2130540272">
    <w:abstractNumId w:val="5"/>
  </w:num>
  <w:num w:numId="4" w16cid:durableId="616563481">
    <w:abstractNumId w:val="4"/>
  </w:num>
  <w:num w:numId="5" w16cid:durableId="707534318">
    <w:abstractNumId w:val="7"/>
  </w:num>
  <w:num w:numId="6" w16cid:durableId="190076160">
    <w:abstractNumId w:val="3"/>
  </w:num>
  <w:num w:numId="7" w16cid:durableId="2096397634">
    <w:abstractNumId w:val="2"/>
  </w:num>
  <w:num w:numId="8" w16cid:durableId="579797189">
    <w:abstractNumId w:val="1"/>
  </w:num>
  <w:num w:numId="9" w16cid:durableId="2021731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LY0gifRjZV0GZ8qXUaZnWkRf8VP19fOI6at4mBTlr7258glj5hU/oQ2kabng9hRJJpa0khNb291aBo7HtPdCZA==" w:salt="e6ZnjGlDTxacuy5coO36sw=="/>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8D1"/>
    <w:rsid w:val="0006063C"/>
    <w:rsid w:val="0015074B"/>
    <w:rsid w:val="00197B81"/>
    <w:rsid w:val="001D5322"/>
    <w:rsid w:val="0023519E"/>
    <w:rsid w:val="002615A8"/>
    <w:rsid w:val="0029639D"/>
    <w:rsid w:val="002E21AC"/>
    <w:rsid w:val="00326F90"/>
    <w:rsid w:val="003C0943"/>
    <w:rsid w:val="004618BB"/>
    <w:rsid w:val="004A30FF"/>
    <w:rsid w:val="0057158D"/>
    <w:rsid w:val="005C2625"/>
    <w:rsid w:val="00653098"/>
    <w:rsid w:val="006F5800"/>
    <w:rsid w:val="00752614"/>
    <w:rsid w:val="008210C6"/>
    <w:rsid w:val="008313F8"/>
    <w:rsid w:val="0090405B"/>
    <w:rsid w:val="00A456A0"/>
    <w:rsid w:val="00A74E6A"/>
    <w:rsid w:val="00AA1D8D"/>
    <w:rsid w:val="00AB177D"/>
    <w:rsid w:val="00AD4C34"/>
    <w:rsid w:val="00AE28D9"/>
    <w:rsid w:val="00AF27F2"/>
    <w:rsid w:val="00B07558"/>
    <w:rsid w:val="00B33A29"/>
    <w:rsid w:val="00B460B6"/>
    <w:rsid w:val="00B47730"/>
    <w:rsid w:val="00BA42A8"/>
    <w:rsid w:val="00CA1785"/>
    <w:rsid w:val="00CA5D15"/>
    <w:rsid w:val="00CB0664"/>
    <w:rsid w:val="00D5759E"/>
    <w:rsid w:val="00DD1D29"/>
    <w:rsid w:val="00E27294"/>
    <w:rsid w:val="00E9012B"/>
    <w:rsid w:val="00EA0CBA"/>
    <w:rsid w:val="00ED4077"/>
    <w:rsid w:val="00EE41D3"/>
    <w:rsid w:val="00F079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6A5DD0"/>
  <w14:defaultImageDpi w14:val="300"/>
  <w15:docId w15:val="{C4B744E9-98DD-4D1A-804D-44B53099A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33A29"/>
    <w:rPr>
      <w:color w:val="0000FF" w:themeColor="hyperlink"/>
      <w:u w:val="single"/>
    </w:rPr>
  </w:style>
  <w:style w:type="character" w:styleId="UnresolvedMention">
    <w:name w:val="Unresolved Mention"/>
    <w:basedOn w:val="DefaultParagraphFont"/>
    <w:uiPriority w:val="99"/>
    <w:semiHidden/>
    <w:unhideWhenUsed/>
    <w:rsid w:val="00B33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borah-lawson.co.uk/wp-content/uploads/2025/06/deborah-radio-interview-20.06.25.mp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2136</Words>
  <Characters>12177</Characters>
  <Application>Microsoft Office Word</Application>
  <DocSecurity>8</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Deborah Lawson</cp:lastModifiedBy>
  <cp:revision>2</cp:revision>
  <dcterms:created xsi:type="dcterms:W3CDTF">2026-11-03T15:51:00Z</dcterms:created>
  <dcterms:modified xsi:type="dcterms:W3CDTF">2026-11-03T15:51:00Z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172050da4df157f0fac1c16c3784ca915083856b708ad29043e65154583a01b3</vt:lpwstr>
  </property>
</Properties>
</file>